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BC6D4C" w14:textId="5B243C67" w:rsidR="00D77A1F" w:rsidRDefault="00D77A1F" w:rsidP="00405466">
      <w:pPr>
        <w:spacing w:after="40" w:line="240" w:lineRule="auto"/>
        <w:ind w:firstLine="720"/>
        <w:jc w:val="center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779"/>
        <w:gridCol w:w="3139"/>
        <w:gridCol w:w="2333"/>
        <w:gridCol w:w="1181"/>
        <w:gridCol w:w="2291"/>
        <w:gridCol w:w="4362"/>
      </w:tblGrid>
      <w:tr w:rsidR="00D77A1F" w14:paraId="20FA5412" w14:textId="77777777" w:rsidTr="00DA1931">
        <w:trPr>
          <w:cantSplit/>
          <w:trHeight w:hRule="exact" w:val="446"/>
          <w:jc w:val="center"/>
        </w:trPr>
        <w:tc>
          <w:tcPr>
            <w:tcW w:w="2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FB9DC72" w14:textId="77777777" w:rsidR="00D77A1F" w:rsidRDefault="00744E4D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BİRİM</w:t>
            </w:r>
          </w:p>
        </w:tc>
        <w:tc>
          <w:tcPr>
            <w:tcW w:w="894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84AC11B" w14:textId="77777777" w:rsidR="00D77A1F" w:rsidRDefault="00744E4D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6"/>
              </w:rPr>
              <w:t>KALİTE ELÇİLERİ</w:t>
            </w:r>
          </w:p>
        </w:tc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6DEEB6C" w14:textId="77777777" w:rsidR="00D77A1F" w:rsidRDefault="00744E4D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GÖREVİ BİTEN KALİTE</w:t>
            </w:r>
            <w:r>
              <w:rPr>
                <w:b/>
                <w:color w:val="FFFFFF"/>
                <w:sz w:val="15"/>
              </w:rPr>
              <w:br/>
              <w:t>ELÇİLERİ</w:t>
            </w:r>
          </w:p>
        </w:tc>
      </w:tr>
      <w:tr w:rsidR="00D77A1F" w14:paraId="1FBF3980" w14:textId="77777777" w:rsidTr="00821082">
        <w:trPr>
          <w:cantSplit/>
          <w:trHeight w:hRule="exact" w:val="446"/>
          <w:jc w:val="center"/>
        </w:trPr>
        <w:tc>
          <w:tcPr>
            <w:tcW w:w="27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77F51B" w14:textId="77777777" w:rsidR="00D77A1F" w:rsidRDefault="00D77A1F"/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B02D9FD" w14:textId="77777777" w:rsidR="00D77A1F" w:rsidRDefault="00744E4D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ADI SOYADI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77175D5" w14:textId="77777777" w:rsidR="00D77A1F" w:rsidRDefault="00744E4D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GÖREVİ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6C24BB0" w14:textId="77777777" w:rsidR="00D77A1F" w:rsidRDefault="00744E4D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GSM/DAHİLİ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70C0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6DE7A93" w14:textId="77777777" w:rsidR="00D77A1F" w:rsidRDefault="00744E4D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E-MAİL</w:t>
            </w:r>
          </w:p>
        </w:tc>
        <w:tc>
          <w:tcPr>
            <w:tcW w:w="436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0070C0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01138DD" w14:textId="77777777" w:rsidR="00D77A1F" w:rsidRDefault="00744E4D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15"/>
              </w:rPr>
              <w:t>ADI SOYADI</w:t>
            </w:r>
          </w:p>
        </w:tc>
      </w:tr>
      <w:tr w:rsidR="00D77A1F" w14:paraId="21DDA155" w14:textId="77777777" w:rsidTr="00821082">
        <w:trPr>
          <w:cantSplit/>
          <w:trHeight w:val="396"/>
          <w:jc w:val="center"/>
        </w:trPr>
        <w:tc>
          <w:tcPr>
            <w:tcW w:w="2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7DEE8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60D945B" w14:textId="77777777" w:rsidR="00D77A1F" w:rsidRDefault="00744E4D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000000"/>
                <w:sz w:val="15"/>
              </w:rPr>
              <w:t>İktisadi</w:t>
            </w:r>
            <w:proofErr w:type="spellEnd"/>
            <w:r>
              <w:rPr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b/>
                <w:color w:val="000000"/>
                <w:sz w:val="15"/>
              </w:rPr>
              <w:t>ve</w:t>
            </w:r>
            <w:proofErr w:type="spellEnd"/>
            <w:r>
              <w:rPr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b/>
                <w:color w:val="000000"/>
                <w:sz w:val="15"/>
              </w:rPr>
              <w:t>İdari</w:t>
            </w:r>
            <w:proofErr w:type="spellEnd"/>
            <w:r>
              <w:rPr>
                <w:b/>
                <w:color w:val="000000"/>
                <w:sz w:val="15"/>
              </w:rPr>
              <w:t xml:space="preserve"> </w:t>
            </w:r>
            <w:proofErr w:type="spellStart"/>
            <w:r>
              <w:rPr>
                <w:b/>
                <w:color w:val="000000"/>
                <w:sz w:val="15"/>
              </w:rPr>
              <w:t>Bilimler</w:t>
            </w:r>
            <w:proofErr w:type="spellEnd"/>
            <w:r>
              <w:rPr>
                <w:b/>
                <w:color w:val="000000"/>
                <w:sz w:val="15"/>
              </w:rPr>
              <w:t xml:space="preserve"> Fakültesi</w:t>
            </w:r>
          </w:p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2012B05" w14:textId="2FB39F4B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 xml:space="preserve">Prof. Dr. </w:t>
            </w:r>
            <w:r w:rsidR="00405466">
              <w:rPr>
                <w:color w:val="000000"/>
              </w:rPr>
              <w:t>Zeynep</w:t>
            </w:r>
            <w:r>
              <w:rPr>
                <w:color w:val="000000"/>
              </w:rPr>
              <w:t xml:space="preserve"> </w:t>
            </w:r>
            <w:r w:rsidR="00405466">
              <w:rPr>
                <w:color w:val="000000"/>
              </w:rPr>
              <w:t>Müjde</w:t>
            </w:r>
            <w:r>
              <w:rPr>
                <w:color w:val="000000"/>
              </w:rPr>
              <w:t xml:space="preserve"> SAKAR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1DC2EFE" w14:textId="77777777" w:rsidR="00D77A1F" w:rsidRDefault="00744E4D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</w:rPr>
              <w:t>Yönetici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Kalite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Elçisi</w:t>
            </w:r>
            <w:proofErr w:type="spellEnd"/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7038763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3455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D6DB4E2" w14:textId="77777777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>zeynep.sakar@harran.edu.tr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4C12CBA" w14:textId="77777777" w:rsidR="00D77A1F" w:rsidRDefault="00D77A1F">
            <w:pPr>
              <w:spacing w:after="0" w:line="240" w:lineRule="auto"/>
              <w:jc w:val="center"/>
            </w:pPr>
          </w:p>
        </w:tc>
      </w:tr>
      <w:tr w:rsidR="00D77A1F" w14:paraId="7D326EA0" w14:textId="77777777" w:rsidTr="00821082">
        <w:trPr>
          <w:cantSplit/>
          <w:trHeight w:val="396"/>
          <w:jc w:val="center"/>
        </w:trPr>
        <w:tc>
          <w:tcPr>
            <w:tcW w:w="27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2F17A" w14:textId="77777777" w:rsidR="00D77A1F" w:rsidRDefault="00D77A1F"/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076A69F" w14:textId="33979E5A" w:rsidR="00D77A1F" w:rsidRDefault="00744E4D">
            <w:pPr>
              <w:spacing w:after="0" w:line="240" w:lineRule="auto"/>
            </w:pPr>
            <w:proofErr w:type="spellStart"/>
            <w:r>
              <w:rPr>
                <w:color w:val="000000"/>
              </w:rPr>
              <w:t>Doç</w:t>
            </w:r>
            <w:proofErr w:type="spellEnd"/>
            <w:r>
              <w:rPr>
                <w:color w:val="000000"/>
              </w:rPr>
              <w:t xml:space="preserve">. Dr. </w:t>
            </w:r>
            <w:proofErr w:type="spellStart"/>
            <w:r w:rsidR="00405466">
              <w:rPr>
                <w:color w:val="000000"/>
              </w:rPr>
              <w:t>Zerife</w:t>
            </w:r>
            <w:proofErr w:type="spellEnd"/>
            <w:r w:rsidR="0040546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YILDIRIM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2E2D850" w14:textId="77777777" w:rsidR="00D77A1F" w:rsidRDefault="00744E4D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</w:rPr>
              <w:t>Kalite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Elçisi</w:t>
            </w:r>
            <w:proofErr w:type="spellEnd"/>
            <w:r>
              <w:rPr>
                <w:color w:val="000000"/>
              </w:rPr>
              <w:t xml:space="preserve"> (Akademik)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3913188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1819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425F849" w14:textId="77777777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>zerifeyildirim@harran.edu.tr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FB2E61B" w14:textId="77777777" w:rsidR="00D77A1F" w:rsidRDefault="00D77A1F"/>
        </w:tc>
      </w:tr>
      <w:tr w:rsidR="00D77A1F" w14:paraId="2B564EF9" w14:textId="77777777" w:rsidTr="00821082">
        <w:trPr>
          <w:cantSplit/>
          <w:trHeight w:val="396"/>
          <w:jc w:val="center"/>
        </w:trPr>
        <w:tc>
          <w:tcPr>
            <w:tcW w:w="27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CAE1A5" w14:textId="77777777" w:rsidR="00D77A1F" w:rsidRDefault="00D77A1F"/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C3F319D" w14:textId="6B95AAC0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 xml:space="preserve">Dr. Öğr. Üyesi </w:t>
            </w:r>
            <w:r w:rsidR="00405466">
              <w:rPr>
                <w:color w:val="000000"/>
              </w:rPr>
              <w:t>Ömer</w:t>
            </w:r>
            <w:r>
              <w:rPr>
                <w:color w:val="000000"/>
              </w:rPr>
              <w:t xml:space="preserve"> F</w:t>
            </w:r>
            <w:r w:rsidR="00405466">
              <w:rPr>
                <w:color w:val="000000"/>
              </w:rPr>
              <w:t>aruk</w:t>
            </w:r>
            <w:r>
              <w:rPr>
                <w:color w:val="000000"/>
              </w:rPr>
              <w:t xml:space="preserve"> BİLBAY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F5F1020" w14:textId="77777777" w:rsidR="00D77A1F" w:rsidRDefault="00744E4D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</w:rPr>
              <w:t>Kalite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Elçisi</w:t>
            </w:r>
            <w:proofErr w:type="spellEnd"/>
            <w:r>
              <w:rPr>
                <w:color w:val="000000"/>
              </w:rPr>
              <w:t xml:space="preserve"> (Akademik)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CFA8F64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2525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35BBB3C" w14:textId="77777777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>farukbilbay@harran.edu.tr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12AA05A" w14:textId="77777777" w:rsidR="00D77A1F" w:rsidRDefault="00D77A1F"/>
        </w:tc>
      </w:tr>
      <w:tr w:rsidR="00D77A1F" w14:paraId="7BC7863F" w14:textId="77777777" w:rsidTr="00821082">
        <w:trPr>
          <w:cantSplit/>
          <w:trHeight w:val="396"/>
          <w:jc w:val="center"/>
        </w:trPr>
        <w:tc>
          <w:tcPr>
            <w:tcW w:w="27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207BBA" w14:textId="77777777" w:rsidR="00D77A1F" w:rsidRDefault="00D77A1F"/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E375D2B" w14:textId="06F93050" w:rsidR="00D77A1F" w:rsidRDefault="00744E4D">
            <w:pPr>
              <w:spacing w:after="0" w:line="240" w:lineRule="auto"/>
            </w:pPr>
            <w:proofErr w:type="spellStart"/>
            <w:r>
              <w:rPr>
                <w:color w:val="000000"/>
              </w:rPr>
              <w:t>Fakülte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Sekreteri</w:t>
            </w:r>
            <w:proofErr w:type="spellEnd"/>
            <w:r>
              <w:rPr>
                <w:color w:val="000000"/>
              </w:rPr>
              <w:t xml:space="preserve"> </w:t>
            </w:r>
            <w:r w:rsidR="00405466">
              <w:rPr>
                <w:color w:val="000000"/>
              </w:rPr>
              <w:t>Müslüm</w:t>
            </w:r>
            <w:r>
              <w:rPr>
                <w:color w:val="000000"/>
              </w:rPr>
              <w:t xml:space="preserve"> TÜRKMEN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CFE2938" w14:textId="77777777" w:rsidR="00D77A1F" w:rsidRDefault="00744E4D">
            <w:pPr>
              <w:spacing w:after="0" w:line="240" w:lineRule="auto"/>
              <w:jc w:val="center"/>
            </w:pPr>
            <w:proofErr w:type="spellStart"/>
            <w:r>
              <w:rPr>
                <w:color w:val="000000"/>
              </w:rPr>
              <w:t>Kalite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Elçisi</w:t>
            </w:r>
            <w:proofErr w:type="spellEnd"/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İdari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D8000B8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3458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2A84F3D" w14:textId="77777777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>mturkmen@harran.edu.tr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DF49A13" w14:textId="77777777" w:rsidR="00D77A1F" w:rsidRDefault="00D77A1F"/>
        </w:tc>
      </w:tr>
      <w:tr w:rsidR="00D77A1F" w14:paraId="2E1DD6B5" w14:textId="77777777" w:rsidTr="00821082">
        <w:trPr>
          <w:cantSplit/>
          <w:trHeight w:val="396"/>
          <w:jc w:val="center"/>
        </w:trPr>
        <w:tc>
          <w:tcPr>
            <w:tcW w:w="2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0760A56" w14:textId="77777777" w:rsidR="00D77A1F" w:rsidRDefault="00744E4D">
            <w:pPr>
              <w:spacing w:after="0" w:line="240" w:lineRule="auto"/>
              <w:jc w:val="center"/>
            </w:pPr>
            <w:proofErr w:type="spellStart"/>
            <w:r>
              <w:rPr>
                <w:b/>
                <w:color w:val="000000"/>
                <w:sz w:val="15"/>
              </w:rPr>
              <w:t>Ekonometri</w:t>
            </w:r>
            <w:proofErr w:type="spellEnd"/>
            <w:r>
              <w:rPr>
                <w:b/>
                <w:color w:val="000000"/>
                <w:sz w:val="15"/>
              </w:rPr>
              <w:t xml:space="preserve"> Bölümü</w:t>
            </w:r>
          </w:p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B774ADA" w14:textId="57535340" w:rsidR="00D77A1F" w:rsidRDefault="00744E4D">
            <w:pPr>
              <w:spacing w:after="0" w:line="240" w:lineRule="auto"/>
            </w:pPr>
            <w:proofErr w:type="spellStart"/>
            <w:r>
              <w:rPr>
                <w:color w:val="000000"/>
              </w:rPr>
              <w:t>Doç</w:t>
            </w:r>
            <w:proofErr w:type="spellEnd"/>
            <w:r>
              <w:rPr>
                <w:color w:val="000000"/>
              </w:rPr>
              <w:t xml:space="preserve">. Dr. </w:t>
            </w:r>
            <w:proofErr w:type="spellStart"/>
            <w:r w:rsidR="00405466">
              <w:rPr>
                <w:color w:val="000000"/>
              </w:rPr>
              <w:t>Zerife</w:t>
            </w:r>
            <w:proofErr w:type="spellEnd"/>
            <w:r>
              <w:rPr>
                <w:color w:val="000000"/>
              </w:rPr>
              <w:t xml:space="preserve"> YILDIRIM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A7F5D37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Kalite Elçisi (Akademik)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32806E2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1819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19CE844" w14:textId="77777777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>zerifeyildirim@harran.edu.tr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B873C37" w14:textId="77777777" w:rsidR="00D77A1F" w:rsidRDefault="00D77A1F">
            <w:pPr>
              <w:spacing w:after="0" w:line="240" w:lineRule="auto"/>
              <w:jc w:val="center"/>
            </w:pPr>
          </w:p>
        </w:tc>
      </w:tr>
      <w:tr w:rsidR="00D77A1F" w14:paraId="16FA7618" w14:textId="77777777" w:rsidTr="00821082">
        <w:trPr>
          <w:cantSplit/>
          <w:trHeight w:val="396"/>
          <w:jc w:val="center"/>
        </w:trPr>
        <w:tc>
          <w:tcPr>
            <w:tcW w:w="27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2B798" w14:textId="77777777" w:rsidR="00D77A1F" w:rsidRDefault="00D77A1F"/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E0A13E4" w14:textId="2C58F759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 xml:space="preserve">Dr. Öğr. Üyesi </w:t>
            </w:r>
            <w:r w:rsidR="00405466">
              <w:rPr>
                <w:color w:val="000000"/>
              </w:rPr>
              <w:t>Ahmet</w:t>
            </w:r>
            <w:r>
              <w:rPr>
                <w:color w:val="000000"/>
              </w:rPr>
              <w:t xml:space="preserve"> DEMİRALP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3A9EB37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Kalite Elçisi (Akademik)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8B19191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1804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F2A59CB" w14:textId="77777777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>ahmetdemiralp@harran.edu.tr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6C38CBA" w14:textId="77777777" w:rsidR="00D77A1F" w:rsidRDefault="00D77A1F"/>
        </w:tc>
      </w:tr>
      <w:tr w:rsidR="00D77A1F" w14:paraId="06817C2A" w14:textId="77777777" w:rsidTr="00821082">
        <w:trPr>
          <w:cantSplit/>
          <w:trHeight w:val="396"/>
          <w:jc w:val="center"/>
        </w:trPr>
        <w:tc>
          <w:tcPr>
            <w:tcW w:w="27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124E0" w14:textId="77777777" w:rsidR="00D77A1F" w:rsidRDefault="00D77A1F"/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8407B04" w14:textId="0B663247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 xml:space="preserve">Arş. Gör. </w:t>
            </w:r>
            <w:r w:rsidR="00405466">
              <w:rPr>
                <w:color w:val="000000"/>
              </w:rPr>
              <w:t xml:space="preserve">Dr. İbrahim Sezer </w:t>
            </w:r>
            <w:r>
              <w:rPr>
                <w:color w:val="000000"/>
              </w:rPr>
              <w:t>BELLİLER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CBC39E5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Kalite Elçisi (Akademik)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C05E02F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2914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8762452" w14:textId="77777777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>sezerbelliler@harran.edu.tr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75C2EEF" w14:textId="77777777" w:rsidR="00D77A1F" w:rsidRDefault="00D77A1F"/>
        </w:tc>
      </w:tr>
      <w:tr w:rsidR="00D77A1F" w14:paraId="7D26C854" w14:textId="77777777" w:rsidTr="00821082">
        <w:trPr>
          <w:cantSplit/>
          <w:trHeight w:val="396"/>
          <w:jc w:val="center"/>
        </w:trPr>
        <w:tc>
          <w:tcPr>
            <w:tcW w:w="2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0851BF8" w14:textId="77777777" w:rsidR="00D77A1F" w:rsidRDefault="00744E4D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5"/>
              </w:rPr>
              <w:t>İktisat Bölümü</w:t>
            </w:r>
          </w:p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D8EC238" w14:textId="27F6ADEF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 xml:space="preserve">Prof. Dr. </w:t>
            </w:r>
            <w:r w:rsidR="00405466">
              <w:rPr>
                <w:color w:val="000000"/>
              </w:rPr>
              <w:t>Zeynep</w:t>
            </w:r>
            <w:r>
              <w:rPr>
                <w:color w:val="000000"/>
              </w:rPr>
              <w:t xml:space="preserve"> M</w:t>
            </w:r>
            <w:r w:rsidR="00405466">
              <w:rPr>
                <w:color w:val="000000"/>
              </w:rPr>
              <w:t>üjde</w:t>
            </w:r>
            <w:r>
              <w:rPr>
                <w:color w:val="000000"/>
              </w:rPr>
              <w:t xml:space="preserve"> SAKAR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8BDE955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Kalite Elçisi (Akademik)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8AD5FFB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3455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E4814ED" w14:textId="77777777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>zeynep.sakar@harran.edu.tr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E577B6C" w14:textId="77777777" w:rsidR="00D77A1F" w:rsidRDefault="00D77A1F">
            <w:pPr>
              <w:spacing w:after="0" w:line="240" w:lineRule="auto"/>
              <w:jc w:val="center"/>
            </w:pPr>
          </w:p>
        </w:tc>
      </w:tr>
      <w:tr w:rsidR="00D77A1F" w14:paraId="7C616512" w14:textId="77777777" w:rsidTr="00821082">
        <w:trPr>
          <w:cantSplit/>
          <w:trHeight w:val="396"/>
          <w:jc w:val="center"/>
        </w:trPr>
        <w:tc>
          <w:tcPr>
            <w:tcW w:w="27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04682" w14:textId="77777777" w:rsidR="00D77A1F" w:rsidRDefault="00D77A1F"/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DFDDD24" w14:textId="2B823DD5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 xml:space="preserve">Doç. Dr. </w:t>
            </w:r>
            <w:r w:rsidR="00405466">
              <w:rPr>
                <w:color w:val="000000"/>
              </w:rPr>
              <w:t>İhsan</w:t>
            </w:r>
            <w:r>
              <w:rPr>
                <w:color w:val="000000"/>
              </w:rPr>
              <w:t xml:space="preserve"> KURAN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F1987D7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Kalite Elçisi (Akademik)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17D342C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1079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B475991" w14:textId="77777777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>ihsankuran@harran.edu.tr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B440ADB" w14:textId="77777777" w:rsidR="00D77A1F" w:rsidRDefault="00D77A1F"/>
        </w:tc>
      </w:tr>
      <w:tr w:rsidR="00D77A1F" w14:paraId="08A2778A" w14:textId="77777777" w:rsidTr="00821082">
        <w:trPr>
          <w:cantSplit/>
          <w:trHeight w:val="396"/>
          <w:jc w:val="center"/>
        </w:trPr>
        <w:tc>
          <w:tcPr>
            <w:tcW w:w="27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F6AEF" w14:textId="77777777" w:rsidR="00D77A1F" w:rsidRDefault="00D77A1F"/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066355B" w14:textId="4BDD4BB9" w:rsidR="00D77A1F" w:rsidRDefault="00744E4D">
            <w:pPr>
              <w:spacing w:after="0" w:line="240" w:lineRule="auto"/>
            </w:pPr>
            <w:proofErr w:type="spellStart"/>
            <w:r>
              <w:rPr>
                <w:color w:val="000000"/>
              </w:rPr>
              <w:t>D</w:t>
            </w:r>
            <w:r w:rsidR="00E16FE5">
              <w:rPr>
                <w:color w:val="000000"/>
              </w:rPr>
              <w:t>oç</w:t>
            </w:r>
            <w:proofErr w:type="spellEnd"/>
            <w:r w:rsidR="00E16FE5">
              <w:rPr>
                <w:color w:val="000000"/>
              </w:rPr>
              <w:t>. Dr.</w:t>
            </w:r>
            <w:r>
              <w:rPr>
                <w:color w:val="000000"/>
              </w:rPr>
              <w:t xml:space="preserve"> </w:t>
            </w:r>
            <w:r w:rsidR="00405466">
              <w:rPr>
                <w:color w:val="000000"/>
              </w:rPr>
              <w:t>Hatice</w:t>
            </w:r>
            <w:r>
              <w:rPr>
                <w:color w:val="000000"/>
              </w:rPr>
              <w:t xml:space="preserve"> AZTİMUR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C19B86D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Kalite Elçisi (Akademik)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1C51BAA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1825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1C34271" w14:textId="77777777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>haztimur@harran.edu.tr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AD8C24B" w14:textId="77777777" w:rsidR="00D77A1F" w:rsidRDefault="00D77A1F"/>
        </w:tc>
      </w:tr>
      <w:tr w:rsidR="00D77A1F" w14:paraId="5276D7A3" w14:textId="77777777" w:rsidTr="00821082">
        <w:trPr>
          <w:cantSplit/>
          <w:trHeight w:val="396"/>
          <w:jc w:val="center"/>
        </w:trPr>
        <w:tc>
          <w:tcPr>
            <w:tcW w:w="2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BD096C3" w14:textId="77777777" w:rsidR="00D77A1F" w:rsidRDefault="00744E4D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5"/>
              </w:rPr>
              <w:t>İşletme Bölümü</w:t>
            </w:r>
          </w:p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C34A86E" w14:textId="05C51415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 xml:space="preserve">Prof. Dr. </w:t>
            </w:r>
            <w:r w:rsidR="0030201B">
              <w:rPr>
                <w:color w:val="000000"/>
              </w:rPr>
              <w:t>Baran</w:t>
            </w:r>
            <w:r>
              <w:rPr>
                <w:color w:val="000000"/>
              </w:rPr>
              <w:t xml:space="preserve"> ARSLAN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B2E6BE3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Kalite Elçisi (Akademik)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EEDBAE7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1476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1282F26" w14:textId="77777777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>barslan@harran.edu.tr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DA5889D" w14:textId="77777777" w:rsidR="00D77A1F" w:rsidRDefault="00D77A1F">
            <w:pPr>
              <w:spacing w:after="0" w:line="240" w:lineRule="auto"/>
              <w:jc w:val="center"/>
            </w:pPr>
          </w:p>
        </w:tc>
      </w:tr>
      <w:tr w:rsidR="00D77A1F" w14:paraId="6337716B" w14:textId="77777777" w:rsidTr="00821082">
        <w:trPr>
          <w:cantSplit/>
          <w:trHeight w:val="396"/>
          <w:jc w:val="center"/>
        </w:trPr>
        <w:tc>
          <w:tcPr>
            <w:tcW w:w="27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B5D1C" w14:textId="77777777" w:rsidR="00D77A1F" w:rsidRDefault="00D77A1F"/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46FCD4B" w14:textId="26E1DA16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 xml:space="preserve">Prof. Dr. </w:t>
            </w:r>
            <w:r w:rsidR="0030201B">
              <w:rPr>
                <w:color w:val="000000"/>
              </w:rPr>
              <w:t>Nihat</w:t>
            </w:r>
            <w:r>
              <w:rPr>
                <w:color w:val="000000"/>
              </w:rPr>
              <w:t xml:space="preserve"> GÜLTEKİN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0239315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Kalite Elçisi (Akademik)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FCE687D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3542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C8B77C7" w14:textId="77777777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>nihat@harran.edu.tr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D7EC424" w14:textId="77777777" w:rsidR="00D77A1F" w:rsidRDefault="00D77A1F"/>
        </w:tc>
      </w:tr>
      <w:tr w:rsidR="00D77A1F" w14:paraId="55399D38" w14:textId="77777777" w:rsidTr="00821082">
        <w:trPr>
          <w:cantSplit/>
          <w:trHeight w:val="396"/>
          <w:jc w:val="center"/>
        </w:trPr>
        <w:tc>
          <w:tcPr>
            <w:tcW w:w="27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6F5A1" w14:textId="77777777" w:rsidR="00D77A1F" w:rsidRDefault="00D77A1F"/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30A0092" w14:textId="68DB99ED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 xml:space="preserve">Arş. Gör. Dr. </w:t>
            </w:r>
            <w:r w:rsidR="0030201B">
              <w:rPr>
                <w:color w:val="000000"/>
              </w:rPr>
              <w:t>Ebru</w:t>
            </w:r>
            <w:r>
              <w:rPr>
                <w:color w:val="000000"/>
              </w:rPr>
              <w:t xml:space="preserve"> TANRIKULU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1C4CE23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Kalite Elçisi (Akademik)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624DA2C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3532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ED2B270" w14:textId="77777777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>tanrkuluebru@harran.edu.tr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4142E1B" w14:textId="77777777" w:rsidR="00D77A1F" w:rsidRDefault="00D77A1F"/>
        </w:tc>
      </w:tr>
      <w:tr w:rsidR="00D77A1F" w14:paraId="2FFB5B69" w14:textId="77777777" w:rsidTr="00821082">
        <w:trPr>
          <w:cantSplit/>
          <w:trHeight w:val="396"/>
          <w:jc w:val="center"/>
        </w:trPr>
        <w:tc>
          <w:tcPr>
            <w:tcW w:w="2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E515E43" w14:textId="77777777" w:rsidR="00D77A1F" w:rsidRDefault="00744E4D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5"/>
              </w:rPr>
              <w:t>Kamu Yönetimi Bölümü</w:t>
            </w:r>
          </w:p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299FFEA" w14:textId="77777777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>Doç. Dr. AHMET KAYAN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8FB8A19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Kalite Elçisi (Akademik)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4EDD5F8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1066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33672B7" w14:textId="77777777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>akayan@harran.edu.tr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ADBDEB4" w14:textId="77777777" w:rsidR="00D77A1F" w:rsidRDefault="00D77A1F">
            <w:pPr>
              <w:spacing w:after="0" w:line="240" w:lineRule="auto"/>
              <w:jc w:val="center"/>
            </w:pPr>
          </w:p>
        </w:tc>
      </w:tr>
      <w:tr w:rsidR="00D77A1F" w14:paraId="421B7CDA" w14:textId="77777777" w:rsidTr="00821082">
        <w:trPr>
          <w:cantSplit/>
          <w:trHeight w:val="396"/>
          <w:jc w:val="center"/>
        </w:trPr>
        <w:tc>
          <w:tcPr>
            <w:tcW w:w="27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E9193" w14:textId="77777777" w:rsidR="00D77A1F" w:rsidRDefault="00D77A1F"/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353AAB7" w14:textId="561FE40B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 xml:space="preserve">Dr. Öğr. Üyesi </w:t>
            </w:r>
            <w:r w:rsidR="0030201B">
              <w:rPr>
                <w:color w:val="000000"/>
              </w:rPr>
              <w:t>Ömer</w:t>
            </w:r>
            <w:r>
              <w:rPr>
                <w:color w:val="000000"/>
              </w:rPr>
              <w:t xml:space="preserve"> </w:t>
            </w:r>
            <w:r w:rsidR="0030201B">
              <w:rPr>
                <w:color w:val="000000"/>
              </w:rPr>
              <w:t>Faruk</w:t>
            </w:r>
            <w:r>
              <w:rPr>
                <w:color w:val="000000"/>
              </w:rPr>
              <w:t xml:space="preserve"> BİLBAY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BC9010D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Kalite Elçisi (Akademik)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93A3001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2525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8507FDD" w14:textId="77777777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>farukbilbay@harran.edu.tr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3461188" w14:textId="77777777" w:rsidR="00D77A1F" w:rsidRDefault="00D77A1F"/>
        </w:tc>
      </w:tr>
      <w:tr w:rsidR="00D77A1F" w14:paraId="0544A786" w14:textId="77777777" w:rsidTr="00821082">
        <w:trPr>
          <w:cantSplit/>
          <w:trHeight w:val="396"/>
          <w:jc w:val="center"/>
        </w:trPr>
        <w:tc>
          <w:tcPr>
            <w:tcW w:w="27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186FF" w14:textId="77777777" w:rsidR="00D77A1F" w:rsidRDefault="00D77A1F"/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0F4A945" w14:textId="2A80141E" w:rsidR="00D77A1F" w:rsidRDefault="00E16FE5">
            <w:pPr>
              <w:spacing w:after="0" w:line="240" w:lineRule="auto"/>
            </w:pPr>
            <w:r>
              <w:rPr>
                <w:color w:val="000000"/>
              </w:rPr>
              <w:t xml:space="preserve">Dr. Öğr. Üyesi </w:t>
            </w:r>
            <w:r w:rsidR="0030201B">
              <w:rPr>
                <w:color w:val="000000"/>
              </w:rPr>
              <w:t>Yunus</w:t>
            </w:r>
            <w:r w:rsidR="00744E4D">
              <w:rPr>
                <w:color w:val="000000"/>
              </w:rPr>
              <w:t xml:space="preserve"> C</w:t>
            </w:r>
            <w:r w:rsidR="0030201B">
              <w:rPr>
                <w:color w:val="000000"/>
              </w:rPr>
              <w:t>an</w:t>
            </w:r>
            <w:r w:rsidR="00744E4D">
              <w:rPr>
                <w:color w:val="000000"/>
              </w:rPr>
              <w:t xml:space="preserve"> POLAT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50EA497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Kalite Elçisi (Akademik)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DCD1DAE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3543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0F87A8C" w14:textId="77777777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>yunus.c.polat@harran.edu.tr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7821AA2" w14:textId="77777777" w:rsidR="00D77A1F" w:rsidRDefault="00D77A1F"/>
        </w:tc>
      </w:tr>
      <w:tr w:rsidR="00D77A1F" w14:paraId="265A9D8D" w14:textId="77777777" w:rsidTr="00821082">
        <w:trPr>
          <w:cantSplit/>
          <w:trHeight w:val="396"/>
          <w:jc w:val="center"/>
        </w:trPr>
        <w:tc>
          <w:tcPr>
            <w:tcW w:w="27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35DB7E05" w14:textId="77777777" w:rsidR="00D77A1F" w:rsidRDefault="00744E4D">
            <w:pPr>
              <w:spacing w:after="0" w:line="240" w:lineRule="auto"/>
              <w:jc w:val="center"/>
            </w:pPr>
            <w:r>
              <w:rPr>
                <w:b/>
                <w:color w:val="000000"/>
                <w:sz w:val="15"/>
              </w:rPr>
              <w:t>Maliye Bölümü</w:t>
            </w:r>
          </w:p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07E6473" w14:textId="7B2C6BA8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>Doç. Dr. H</w:t>
            </w:r>
            <w:r w:rsidR="0030201B">
              <w:rPr>
                <w:color w:val="000000"/>
              </w:rPr>
              <w:t>asan</w:t>
            </w:r>
            <w:r>
              <w:rPr>
                <w:color w:val="000000"/>
              </w:rPr>
              <w:t xml:space="preserve"> TÜRKAL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BE0796D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Kalite Elçisi (Akademik)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D9F28C7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3531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DEC66DB" w14:textId="77777777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>hturkal@harran.edu.tr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5132D678" w14:textId="77777777" w:rsidR="00D77A1F" w:rsidRDefault="00D77A1F">
            <w:pPr>
              <w:spacing w:after="0" w:line="240" w:lineRule="auto"/>
              <w:jc w:val="center"/>
            </w:pPr>
          </w:p>
        </w:tc>
      </w:tr>
      <w:tr w:rsidR="00D77A1F" w14:paraId="06A49714" w14:textId="77777777" w:rsidTr="00821082">
        <w:trPr>
          <w:cantSplit/>
          <w:trHeight w:val="396"/>
          <w:jc w:val="center"/>
        </w:trPr>
        <w:tc>
          <w:tcPr>
            <w:tcW w:w="27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AE989" w14:textId="77777777" w:rsidR="00D77A1F" w:rsidRDefault="00D77A1F"/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3BE1945" w14:textId="35935D2C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 xml:space="preserve">Doç. Dr. </w:t>
            </w:r>
            <w:proofErr w:type="spellStart"/>
            <w:r w:rsidR="0030201B">
              <w:rPr>
                <w:color w:val="000000"/>
              </w:rPr>
              <w:t>Çiğdem</w:t>
            </w:r>
            <w:proofErr w:type="spellEnd"/>
            <w:r>
              <w:rPr>
                <w:color w:val="000000"/>
              </w:rPr>
              <w:t xml:space="preserve"> ÇADIRCI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EDC2024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Kalite Elçisi (Akademik)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6DC9E821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2913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5DB3F22" w14:textId="77777777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>cigdemcadirci@harran.edu.tr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7711F302" w14:textId="77777777" w:rsidR="00D77A1F" w:rsidRDefault="00D77A1F"/>
        </w:tc>
      </w:tr>
      <w:tr w:rsidR="00D77A1F" w14:paraId="0FBDE0DB" w14:textId="77777777" w:rsidTr="00821082">
        <w:trPr>
          <w:cantSplit/>
          <w:trHeight w:val="396"/>
          <w:jc w:val="center"/>
        </w:trPr>
        <w:tc>
          <w:tcPr>
            <w:tcW w:w="277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449DC6" w14:textId="77777777" w:rsidR="00D77A1F" w:rsidRDefault="00D77A1F"/>
        </w:tc>
        <w:tc>
          <w:tcPr>
            <w:tcW w:w="3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A65A805" w14:textId="622FF258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 xml:space="preserve">Arş. Gör. </w:t>
            </w:r>
            <w:r w:rsidR="00405466">
              <w:rPr>
                <w:color w:val="000000"/>
              </w:rPr>
              <w:t xml:space="preserve">Dr. </w:t>
            </w:r>
            <w:r w:rsidR="0030201B">
              <w:rPr>
                <w:color w:val="000000"/>
              </w:rPr>
              <w:t>İsa</w:t>
            </w:r>
            <w:r>
              <w:rPr>
                <w:color w:val="000000"/>
              </w:rPr>
              <w:t xml:space="preserve"> ÇELEN</w:t>
            </w:r>
          </w:p>
        </w:tc>
        <w:tc>
          <w:tcPr>
            <w:tcW w:w="23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18EBA1A8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Kalite Elçisi (Akademik)</w:t>
            </w:r>
          </w:p>
        </w:tc>
        <w:tc>
          <w:tcPr>
            <w:tcW w:w="11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22A57BB5" w14:textId="77777777" w:rsidR="00D77A1F" w:rsidRDefault="00744E4D">
            <w:pPr>
              <w:spacing w:after="0" w:line="240" w:lineRule="auto"/>
              <w:jc w:val="center"/>
            </w:pPr>
            <w:r>
              <w:rPr>
                <w:color w:val="000000"/>
              </w:rPr>
              <w:t>1438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418781C8" w14:textId="77777777" w:rsidR="00D77A1F" w:rsidRDefault="00744E4D">
            <w:pPr>
              <w:spacing w:after="0" w:line="240" w:lineRule="auto"/>
            </w:pPr>
            <w:r>
              <w:rPr>
                <w:color w:val="000000"/>
              </w:rPr>
              <w:t>isacelen@harran.edu.tr</w:t>
            </w:r>
          </w:p>
        </w:tc>
        <w:tc>
          <w:tcPr>
            <w:tcW w:w="4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5" w:type="dxa"/>
              <w:left w:w="45" w:type="dxa"/>
              <w:bottom w:w="35" w:type="dxa"/>
              <w:right w:w="45" w:type="dxa"/>
            </w:tcMar>
            <w:vAlign w:val="center"/>
          </w:tcPr>
          <w:p w14:paraId="068AA3E3" w14:textId="77777777" w:rsidR="00D77A1F" w:rsidRDefault="00D77A1F"/>
        </w:tc>
      </w:tr>
    </w:tbl>
    <w:p w14:paraId="0267FD8A" w14:textId="77777777" w:rsidR="00D77A1F" w:rsidRDefault="00D77A1F">
      <w:pPr>
        <w:spacing w:after="0"/>
      </w:pPr>
    </w:p>
    <w:sectPr w:rsidR="00D77A1F" w:rsidSect="00034616">
      <w:pgSz w:w="16834" w:h="11909" w:orient="landscape"/>
      <w:pgMar w:top="331" w:right="331" w:bottom="331" w:left="331" w:header="144" w:footer="14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15435202">
    <w:abstractNumId w:val="8"/>
  </w:num>
  <w:num w:numId="2" w16cid:durableId="2030835047">
    <w:abstractNumId w:val="6"/>
  </w:num>
  <w:num w:numId="3" w16cid:durableId="1642803917">
    <w:abstractNumId w:val="5"/>
  </w:num>
  <w:num w:numId="4" w16cid:durableId="1179462536">
    <w:abstractNumId w:val="4"/>
  </w:num>
  <w:num w:numId="5" w16cid:durableId="1922251108">
    <w:abstractNumId w:val="7"/>
  </w:num>
  <w:num w:numId="6" w16cid:durableId="162014461">
    <w:abstractNumId w:val="3"/>
  </w:num>
  <w:num w:numId="7" w16cid:durableId="1203326352">
    <w:abstractNumId w:val="2"/>
  </w:num>
  <w:num w:numId="8" w16cid:durableId="318121778">
    <w:abstractNumId w:val="1"/>
  </w:num>
  <w:num w:numId="9" w16cid:durableId="63106175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9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17D7A"/>
    <w:rsid w:val="0029639D"/>
    <w:rsid w:val="0030201B"/>
    <w:rsid w:val="00326F90"/>
    <w:rsid w:val="00405466"/>
    <w:rsid w:val="00821082"/>
    <w:rsid w:val="00AA1D8D"/>
    <w:rsid w:val="00B47730"/>
    <w:rsid w:val="00CB0664"/>
    <w:rsid w:val="00D77A1F"/>
    <w:rsid w:val="00DA1931"/>
    <w:rsid w:val="00E16FE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B9DCB8D5-51D7-D84D-A672-6C9F7B75D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14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220</Words>
  <Characters>1619</Characters>
  <Application>Microsoft Office Word</Application>
  <DocSecurity>0</DocSecurity>
  <Lines>134</Lines>
  <Paragraphs>102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Harran Üniversitesi İİBF Kalite Elçileri</vt:lpstr>
      <vt:lpstr/>
    </vt:vector>
  </TitlesOfParts>
  <Manager/>
  <Company/>
  <LinksUpToDate>false</LinksUpToDate>
  <CharactersWithSpaces>1737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Harran Üniversitesi İİBF Kalite Elçileri</dc:title>
  <dc:subject>Kalite elçileri iletişim tablosu</dc:subject>
  <dc:creator>Harran Üniversitesi İktisadi ve İdari Bilimler Fakültesi</dc:creator>
  <cp:keywords/>
  <dc:description/>
  <cp:lastModifiedBy>Makale Yazarı</cp:lastModifiedBy>
  <cp:revision>6</cp:revision>
  <dcterms:created xsi:type="dcterms:W3CDTF">2013-12-23T23:15:00Z</dcterms:created>
  <dcterms:modified xsi:type="dcterms:W3CDTF">2026-08-01T06:01:00Z</dcterms:modified>
  <cp:category/>
</cp:coreProperties>
</file>